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החשבון: הכנה למבחן בחשבון ה׳–ו׳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כל 12 נושאי החשבון של המבחן בסדר מדורג מהקל למורכב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יכולת הסבר בכתב של דרך פתרון, כנדרש בשאלות 'הסבירו איך'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להתנסות בשאלות דמויות מבחן אמריקאי ושאלות פתוחות כהכנה למבחן המלא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טעויות נפוצות (יחידות, סדר פעולות, עיגול) ולתקן אותן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מספרים גדולים: אומדן, עיגול, סדר פעולות וכפל/חילוק – עיגול והיכרות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1. 4,400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2. 68,000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מספרים גדולים: אומדן, עיגול, סדר פעולות וכפל/חילוק – 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כשהספרה מימין 5 ומעלה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סוגריים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מספרים גדולים: אומדן, עיגול, סדר פעולות וכפל/חילוק –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אומדן הוא הערכה בעזרת מספרים מעוגלים, לא חישוב מדויק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מספרים גדולים: אומדן, עיגול, סדר פעולות וכפל/חילוק – אומדן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9,000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300,000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שוויונות והשוואות: השלמת תרגילים וסימני גדול/קטן/שווה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גדול מ-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קטן מ-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שבע גדול משלוש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שוויונות והשוואות: השלמת תרגילים וסימני גדול/קטן/שווה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שוויונות והשוואות: השלמת תרגילים וסימני גדול/קטן/שווה – השוואה בלי לחשב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&lt;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=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&lt;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מקטין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שוויונות והשוואות: השלמת תרגילים וסימני גדול/קטן/שווה – הסבר בכתב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אפשר להחליף בין האחוז לכמות: 20% מ-80 שווה ל-80% מ-20 כי בשני המקרים מכפילים את אותם שני מספרים (20 ו-80) רק בסדר הפוך, והכפל לא תלוי בסדר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 90, כי 90×30=2,700 שנמצא בין 2,500 ל-2,900. אפשר לבדוק בדיקה: 2,500:30 ≈ 83 ו-2,900:30 ≈ 96, אז כל מספר בין 84 ל-96 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שברים ועשרוניים: ציר המספרים, שברים, עשרוניים ואחוזים בבעיות מילוליות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1/4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0.07 קטן מ-0.7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40% של 25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שברים ועשרוניים: ציר המספרים, שברים, עשרוניים ואחוזים בבעיות מילוליות – זיהוי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המספרים על ציר המספרים גדלים משמאל לימין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אפס מימין לספרות אחרי הנקודה העשרונית לא משנה את ערך המספר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שברים ועשרוניים: ציר המספרים, שברים, עשרוניים ואחוזים בבעיות מילוליות – חישובים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5/6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4. 1.75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שברים ועשרוניים: ציר המספרים, שברים, עשרוניים ואחוזים בבעיות מילוליות – אומדן מכפלות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200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נתונים וגאומטריה: ממוצע, קריאת דיאגרמות, היקף ושטח – זכרו את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בדיוק הגדרת הממוצע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שטח מלבן מחושב בכפל אורך ברוחב, לא בחיבור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מגדירים היקף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הממוצע נמצא בין הערך הקטן לגדול שבנתונים, לא גדול מכולם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נתונים וגאומטריה: ממוצע, קריאת דיאגרמות, היקף ושטח – מחשבים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רוחב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3. 28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נתונים וגאומטריה: ממוצע, קריאת דיאגרמות, היקף ושטח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85 (סכום 340 חלקי 4)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מחלקים את מספר הספרים של אותו ילד בסכום הספרים של כל הילדים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מחלקים לצורות מוכרות, מחשבים כל שטח בנפרד ומחברים או מחסרים לפי הצורה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מכפילים את הממוצע במספר הנתונים: 10 × 4 = 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מחלקים את ההיקף ב-4: 1.8 : 4 = 0.45 מטר לכל צלע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מרחב ומידות: נפח וגופים, יחידות מידה והמרות – מושגים ונוסחאות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אורך × רוחב × 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שישה ריבועים שווים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100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מרחב ומידות: נפח וגופים, יחידות מידה והמרות – חישובים והמרות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1. 125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2. 72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3. 250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4. 2300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5. 75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מרחב ומידות: נפח וגופים, יחידות מידה והמרות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נפח הקובייה 216 סמ"ק; 4×9=36; 216:36=6 - המידה החסרה 6 ס"מ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40 מ"ק (5×4×2)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שתי המכפלות שוות ל-64 (2×4×8=64, 4×4×4=64)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100 ש"ח (12.5×8)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אמריקאיות מכל הנושאים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847,000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73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&lt;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=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13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60 סמ"ר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125 סמ"ק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7/20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פתרון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כותבים 0.9 כ-0.90 ומשווים ספרות באותו מקום: 9 מאיות מול 90 מאיות, לכן 0.09 קטן מ-0.9.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נפח הקובייה: 6×6×6=216. 3×4=12. 216:12=18 ס"מ היא המידה החסרה.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סכום: 480, חלקי 4 ימים = 120 ש"ח ממוצע. הגיוני כי הוא נמצא בין הערך הקטן (95) לגדול (160).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מראה עיגול נכון למיקום המבוקש והסבר קצר למה האומדן קרוב לתוצאה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מראה פתרון לפי סדר נכון: קודם סוגריים, אחר כך כפל/חילוק, ולבסוף חיבור/חיסור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את היחידה הנכונה (ס״מ, סמ״ר, סמ״ק) ואת הנוסחה המתאימה לכל 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ל-5 מפגשים, פרק אחד בכל שיעור, עם חזרה קצרה על הפרק הקודם בתחילת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שאלת 'הסבירו איך' בכל פרק בעל פה לפני הכתיבה, כדי לתרגל ניסוח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להתחיל מתרגילים ברמת 'מתחילים' בכל נושא ולהוסיף רמזים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בסיום החוברת מבחן תרגול מלא בתנאי זמן אמת, כדי להתרגל לקצב של 90 דקות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החשבון: הכנה למבחן בחשבון ה׳–ו׳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עובדים בחוברת פרק אחרי פרק, קוראים את ההסבר הקצר לפני כל תרגיל, ופותרים לפי הסדר. בכל פרק יש גם שאלת 'הסבירו איך' – חשוב לכתוב את ההסבר במילים ולא רק את התשובה הסופית.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מספרים גדולים: אומדן, עיגול, סדר פעולות וכפל/חילוק – עיגול והיכרות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עגלו את המספר 4,382 למאות הקרובות: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עגלו את המספר 67,500 לאלפים הקרובות: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מספרים גדולים: אומדן, עיגול, סדר פעולות וכפל/חילוק – 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מעגלים מספר כלפי מעלה?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כשהספרה מימין 5 ומעלה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כשהספרה מימין 4 ומטה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בסדר פעולות חשבון, מה מבצעים 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כפל וחילוק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חיבור וחיסור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סדר קבוע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מספרים גדולים: אומדן, עיגול, סדר פעולות וכפל/חילוק –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אומדן הוא חישוב מדויק של התוצאה.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מספרים גדולים: אומדן, עיגול, סדר פעולות וכפל/חילוק – אומדן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האומדן הקרוב ביותר לתוצאה 3,912 + 5,088?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בערך חסר ל-724,860 כדי להגיע למיליון?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300,000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1,000,000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שוויונות והשוואות: השלמת תרגילים וסימני גדול/קטן/שווה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פירוש הסימן &gt; 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 מ-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 מ-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שווה ל-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שונה מ-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פירוש הסימן &lt; 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 מ-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 מ-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שווה ל-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שונה מ-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את התרגיל 7 &gt; 3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 קטן משלוש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שבע שווה לשלוש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 גדול משלוש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 גדול משבע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שוויונות והשוואות: השלמת תרגילים וסימני גדול/קטן/שווה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לשמור על שוויון בין שני צדדים, התוצאה בשני הצדדים צריכה להיות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0.5 __________ 0.50 (כתבו: גדול, קטן או שווה)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שוויונות והשוואות: השלמת תרגילים וסימני גדול/קטן/שווה – השוואה בלי לחשב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השלימו: 15,640 : 4 ☐ 15,640 ×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&gt;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&lt;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=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השלימו: 60% של 30 ☐ 30% של 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&gt;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&lt;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=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השלימו: 9,999 : 3 ☐ 9,999 ×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&gt;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&lt;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=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כלל נכון: חילוק במספר גדול מ-1 ___ את המספר המקורי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מגדיל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מקטין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תלוי במספר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שוויונות והשוואות: השלמת תרגילים וסימני גדול/קטן/שווה – הסבר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כיצד אפשר לדעת ש-20% של 80 שווה ל-80% של 20, בלי לחשב את שתי התוצאות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מספר מתאים להשלמת: ☐ × 30, כך שהתוצאה גדולה מ-2,500 וקטנה מ-2,900. הסבירו איך בדקתם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שברים ועשרוניים: ציר המספרים, שברים, עשרוניים ואחוזים בבעיות מילוליות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בציר המספרים, אם הקטע בין 0 ל-1 מחולק ל-4 חלקים שווים, כמה שווה כל חלק?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1/4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1/3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1/2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1/5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מהבאים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0.07 גדול מ-0.7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0.07 קטן מ-0.7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0.07 שווה ל-0.7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ביטוי שווה ל-25% של 40?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40% של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50% של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10% של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75% של 40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שברים ועשרוניים: ציר המספרים, שברים, עשרוניים ואחוזים בבעיות מילוליות – זיהוי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המספרים על ציר המספרים גדלים מימין לשמאל.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0.5 שווה ל-0.50.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שברים ועשרוניים: ציר המספרים, שברים, עשרוניים ואחוזים בבעיות מילוליות – חישובים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בין 200 ל-300 יש 5 מרווחים שווים על ציר המספרים. מה המספר בקו השני (אחרי שני מרווחים מ-200)?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2/3 + 1/6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1.2 × 5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3 − 1.25 =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שברים ועשרוניים: ציר המספרים, שברים, עשרוניים ואחוזים בבעיות מילוליות – אומדן מכפלות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המכפלה 0.51 × 398 קרובה ביותר ל-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2,000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נתונים וגאומטריה: ממוצע, קריאת דיאגרמות, היקף ושטח – זכרו את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ממוצע מחושב על ידי חיבור כל הנתונים וחלוקה במספר הנתונים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מלבן מחושב על ידי חיבור האורך והרוחב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היקף הוא סכום אורכי כל צלעות הצורה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הממוצע תמיד חייב להיות גדול מכל אחד מהנתונים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נתונים וגאומטריה: ממוצע, קריאת דיאגרמות, היקף ושטח – מחשבים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שטח מלבן = אורך ×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הממוצע של המספרים 10, 20, 30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מלבן שאורכו 7 ס״מ ורוחבו 4 ס״מ – שטחו __________ סמ״ר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מלבן שהיקפו 24 ס״מ וצלע אחת שלו 7 ס״מ – הצלע השנייה __________ ס״מ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נתונים וגאומטריה: ממוצע, קריאת דיאגרמות, היקף ושטח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חשבו את הממוצע של הציונים: 85, 90, 70, 95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בדיאגרמת עמודות מוצג מספר ספרים שקראו 4 ילדים בשבוע. איך מוצאים איזה חלק מכלל הספרים קרא ילד מסוים?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מצולע מורכב ממלבן גדול ומלבן קטן שחתוך ממנו. איך מוצאים את שטחו?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הממוצע של 4 מספרים הוא 10. איך מוצאים את סכום המספרים?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רוצים ליצור ריבוע מחוט באורך 1.8 מטר. מה יהיה אורך כל צלע בריבוע?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מרחב ומידות: נפח וגופים, יחידות מידה והמרות – מושגים ונוסחאות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הנוסחה לחישוב נפח 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אורך + רוחב + 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אורך × רוחב × 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(אורך × רוחב) :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אורך × רוחב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פאות יש לקובייה?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קודקודים יש לתיבה?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פריסה של קובייה בנויה מ...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שישה משולשים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שישה ריבועים שווים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 מלבנים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שמונה ריבועים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סנטימטרים יש במטר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10,000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מרחב ומידות: נפח וגופים, יחידות מידה והמרות – חישובים והמרות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נפח קובייה שאורך צלעה 5 ס"מ הוא __________ סמ"ק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תיבה שמידותיה 3 ס"מ, 4 ס"מ ו-6 ס"מ - נפחה __________ סמ"ק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2.5 מטר שווים ל-__________ סנטימטר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2 ק"ג ו-300 גרם שווים יחד ל-__________ גרם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שעה ורבע (1 שעה ו-15 דקות) שווים ל-__________ דקות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מרחב ומידות: נפח וגופים, יחידות מידה והמרות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לקובייה שצלעה 6 ס"מ יש נפח מסוים. לתיבה יש את אותו נפח, ומידותיה 4 ס"מ ו-9 ס"מ, והמידה השלישית חסרה. מה המידה החסרה? הציגו את דרך הפתרון.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בריכה בצורת תיבה שמידותיה 5 מ', 4 מ' ו-2 מ'. כמה מטרים מעוקבים מים דרושים כדי למלא אותה במלואה?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איך אפשר לדעת שלתיבה שמידותיה 2 ס"מ, 4 ס"מ ו-8 ס"מ ולקובייה שצלעה 4 ס"מ יש נפח שווה, בלי לחשב את שתי התוצאות במלואן.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כרטיס אוטובוס עולה 12.5 ש"ח. קבוצה קנתה 8 כרטיסים. כמה שילמה הקבוצה בסך הכול?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אמריקאיות מכל הנושאים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עגלו את המספר 847,300 לאלפים הקרובות.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847,000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848,000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847,300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850,000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פתרו לפי סדר פעולות חשבון: 100 − 36 : 4 × 3 =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73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השלימו בלי לחשב במדויק: 15,000 : 5 ☐ 15,000 ×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&gt;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&lt;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=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השלימו: 20% של 60 ☐ 60% של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&gt;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&lt;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=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הממוצע של המספרים 10, 14, 12, 16?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מלבן שאורכו 12 ס"מ ורוחבו 5 ס"מ. מה השטח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60 סמ"ר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34 סמ"ר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17 סמ"ר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70 סמ"ר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אורך צלע של קובייה הוא 5 ס"מ. מה הנפח 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125 סמ"ק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25 סמ"ק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 סמ"ק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 סמ"ק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בכיתה 1/4 מהתלמידים בחרו ציור, 40% בחרו ספורט, והשאר בחרו מוזיקה. איזה חלק בחר מוזיקה?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7/20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13/20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1/4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3/10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פתרון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איך אפשר לדעת אם 0.09 גדול או קטן מ-0.9 בלי לחשב.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תיבה שמידותיה 3 ס"מ, 4 ס"מ ועוד מידה חסרה, נפחה שווה לנפח קובייה שצלעה 6 ס"מ. מצאו את המידה החסרה והסבירו את דרך הפתרון.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כיתה אספה כסף לצדקה: ביום א' 120 ש"ח, ביום ב' 95 ש"ח, ביום ג' 160 ש"ח, ביום ד' 105 ש"ח. חשבו את הממוצע היומי והסבירו איך בודקים שהתשובה הגיונית.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איך מעגלים מספר ולמה האומדן עוזר במבחן?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לפתור תרגיל עם סוגריים, כפל וחיסור יחד, בסדר הנכון?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לחשב היקף, שטח ונפח ולבדוק שהיחידות נכונות בתשובה?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מסע החשבון: הכנה למבחן בחשבון ה׳–ו׳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