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12 נושאי החשבון של המבחן בסדר מדורג מהקל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הסבר בכתב של דרך פתרון, כנדרש בשאלות 'הסבירו איך'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דמויות מבחן אמריקאי ושאלות פתוחות כהכנה למבחן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(יחידות, סדר פעולות, עיגול)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מספרים גדולים: אומדן, עיגול, סדר פעולות וכפל/חילוק – עיגול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1. 4,400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2. 68,000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מספרים גדולים: אומדן, עיגול, סדר פעולות וכפל/חילוק –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כשהספרה מימין 5 ומעלה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מספרים גדולים: אומדן, עיגול, סדר פעולות וכפל/חילוק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בעזרת מספרים מעוגלים, לא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מספרים גדולים: אומדן, עיגול, סדר פעולות וכפל/חילוק – אומדן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300,000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שוויונות והשוואות: השלמת תרגילים וסימני גדול/קטן/שווה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גדול מ-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 מ-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שבע גדול משלוש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שוויונות והשוואות: השלמת תרגילים וסימני גדול/קטן/שווה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שוויונות והשוואות: השלמת תרגילים וסימני גדול/קטן/שווה – השוואה בלי לחשב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שוויונות והשוואות: השלמת תרגילים וסימני גדול/קטן/שווה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להחליף בין האחוז לכמות: 20% מ-80 שווה ל-80% מ-20 כי בשני המקרים מכפילים את אותם שני מספרים (20 ו-80) רק בסדר הפוך, והכפל לא תלוי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90, כי 90×30=2,700 שנמצא בין 2,500 ל-2,900. אפשר לבדוק בדיקה: 2,500:30 ≈ 83 ו-2,900:30 ≈ 96, אז כל מספר בין 84 ל-96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0.07 קטן מ-0.7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40% של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המספרים על ציר המספרים גדלים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אפס מימין לספרות אחרי הנקודה העשרונית לא משנה את ערך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5/6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שברים ועשרוניים: ציר המספרים, שברים, עשרוניים ואחוזים בבעיות מילוליות – אומדן מכפלות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נתונים וגאומטריה: ממוצע, קריאת דיאגרמות, היקף ושטח – זכרו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שטח מלבן מחושב בכפל אורך ברוחב, לא בחיבור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הממוצע נמצא בין הערך הקטן לגדול שבנתונים, לא גדול מכולם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נתונים וגאומטריה: ממוצע, קריאת דיאגרמות, היקף ושטח –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נתונים וגאומטריה: ממוצע, קריאת דיאגרמות, היקף ושטח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85 (סכום 340 חלקי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מספר הספרים של אותו ילד בסכום הספרים של כל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לצורות מוכרות, מחשבים כל שטח בנפרד ומחברים או מחסרים לפי הצורה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מכפילים את הממוצע במספר הנתונים: 10 × 4 =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מחלקים את ההיקף ב-4: 1.8 : 4 = 0.45 מטר לכל צלע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מרחב ומידות: נפח וגופים, יחידות מידה והמרות – מושגים ונוסחאות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שישה ריבועים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מרחב ומידות: נפח וגופים, יחידות מידה והמרות – חישובים והמרות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מרחב ומידות: נפח וגופים, יחידות מידה והמרות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נפח הקובייה 216 סמ"ק; 4×9=36; 216:36=6 - המידה החסרה 6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 מ"ק (5×4×2)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המכפלות שוות ל-64 (2×4×8=64, 4×4×4=64)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 ש"ח (12.5×8)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847,000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60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125 סמ"ק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7/20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פתרון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0.9 כ-0.90 ומשווים ספרות באותו מקום: 9 מאיות מול 90 מאיות, לכן 0.09 קטן מ-0.9.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נפח הקובייה: 6×6×6=216. 3×4=12. 216:12=18 ס"מ היא המידה החסרה.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סכום: 480, חלקי 4 ימים = 120 ש"ח ממוצע. הגיוני כי הוא נמצא בין הערך הקטן (95) לגדול (160).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עיגול נכון למיקום המבוקש והסבר קצר למה האומדן קרוב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פתרון לפי סדר נכון: קודם סוגריים, אחר כך כפל/חילוק, ולבסוף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היחידה הנכונה (ס״מ, סמ״ר, סמ״ק) ואת הנוסחה המתאימה לכל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מפגשים, פרק אחד בכל שיעור, עם חזרה קצרה על הפרק הקודם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שאלת 'הסבירו איך' בכל פרק בעל פה לפני הכתיבה, כדי לתרגל ניסוח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להתחיל מתרגילים ברמת 'מתחילים' בכל נושא ולהוסיף רמזים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בסיום החוברת מבחן תרגול מלא בתנאי זמן אמת, כדי להתרגל לקצב של 90 דקות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עובדים לאט, פרק אחרי פרק. קוראים את ההסבר. פותרים את התרגילים. כותבים גם הסבר קצר בכתב.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מספר במספר עגול וקרוב כדי לחשב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הערכת תוצאה בלי לחשב בדיוק, בעזרת מספרים מעוגלים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הנכון לפתרון תרגיל: סוגריים, כפל וחילוק, ואז חיבור וחיסור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תרגיל כפל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תרגיל חילוק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שמבטלת פעולה אחרת, כמו חיבור מול חיסור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 עשרונית, כמו 0.5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כל הנתונים חלקי מספר הנתונים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אורכי כל הצלעות של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המקום שגוף תופס, נמדד בסמ״ק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מספרים גדולים: אומדן, עיגול, סדר פעולות וכפל/חילוק – עיגול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עגלו את המספר 4,382 למאות הקרובות: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עגלו את המספר 67,500 לאלפים הקרובות: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מספרים גדולים: אומדן, עיגול, סדר פעולות וכפל/חילוק –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מעגלים את המספר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כשהספרה מימין 5 ומעלה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כשהספרה מימין 4 ומטה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בתרגיל חשבון?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כפל וחילוק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וחיסור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סדר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מספרים גדולים: אומדן, עיגול, סדר פעולות וכפל/חילוק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חישוב מדויק של התוצאה.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מספרים גדולים: אומדן, עיגול, סדר פעולות וכפל/חילוק – אומדן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האומדן הכי קרוב לתוצאה?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בערך חסר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שוויונות והשוואות: השלמת תרגילים וסימני גדול/קטן/שווה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&gt;?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שונה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&lt;?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שונה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את התרגיל 7 &gt; 3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 קטן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 שווה לשלוש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גדול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גדול משבע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שוויונות והשוואות: השלמת תרגילים וסימני גדול/קטן/שווה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לשמור על שוויון בין שני צדדים, התוצאה בשני הצדדים צריכה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0.5 __________ 0.50 (כתבו: גדול, קטן או שווה)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שוויונות והשוואות: השלמת תרגילים וסימני גדול/קטן/שווה – השוואה בלי לחשב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הסימן המתאים בין 15,640:4 ל-15,640×4?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השלימו: 60% של 30 ☐ 30% של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השלימו: 9,999 : 3 ☐ 9,999 ×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כלל נכון: חילוק במספר גדול מ-1 ___ את 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שוויונות והשוואות: השלמת תרגילים וסימני גדול/קטן/שווה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אפשר לדעת ש-20% של 80 שווה ל-80% של 20, בלי לחשב את שתי התוצאות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מספר מתאים להשלמת: ☐ × 30, כך שהתוצאה גדולה מ-2,500 וקטנה מ-2,900. הסבירו איך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לכמה שווה כל חלק קטן, אם מחלקים את הקטע מ-0 עד 1 לארבעה חלקים?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0.07 גדול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0.07 קטן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0.07 שווה ל-0.7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שווה ל-25% של 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 של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 של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10% של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75% של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המספרים על ציר המספרים גדלים מימין לשמאל.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ל-0.50.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200 ל-300 יש 5 מרווחים שווים על ציר המספרים. מה המספר בקו השני (אחרי שני מרווחים מ-200)?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2/3 + 1/6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1.2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3 − 1.25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שברים ועשרוניים: ציר המספרים, שברים, עשרוניים ואחוזים בבעיות מילוליות – אומדן מכפלות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בלי לחשב בדיוק, לאיזה מספר הכי קרובה התוצאה של 0.51 × 398?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נתונים וגאומטריה: ממוצע, קריאת דיאגרמות, היקף ושטח – זכרו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כל הנתונים וחלוקה במספר הנתונים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על ידי חיבור האורך והרוחב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סכום אורכי כל צלעות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הממוצע תמיד חייב להיות גדול מכל אחד מהנתונים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נתונים וגאומטריה: ממוצע, קריאת דיאגרמות, היקף ושטח –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מלבן = אורך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הממוצע של המספרים 10, 20, 30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מלבן שאורכו 7 ס״מ ורוחבו 4 ס״מ – שטחו __________ סמ״ר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מלבן שהיקפו 24 ס״מ וצלע אחת שלו 7 ס״מ – הצלע השנייה __________ ס״מ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נתונים וגאומטריה: ממוצע, קריאת דיאגרמות, היקף ושטח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את הממוצע של הציונים: 85, 90, 70, 95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בדיאגרמת עמודות מוצג מספר ספרים שקראו 4 ילדים בשבוע. איך מוצאים איזה חלק מכלל הספרים קרא ילד מסוים?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מצולע מורכב ממלבן גדול ומלבן קטן שחתוך ממנו. איך מוצאים את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הממוצע של 4 מספרים הוא 10. איך מוצאים את סכום המספרים?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רוצים ליצור ריבוע מחוט באורך 1.8 מטר. מה יהיה אורך כל צלע בריבוע?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מרחב ומידות: נפח וגופים, יחידות מידה והמרות – מושגים ונוסחאות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הנוסחה לחישוב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(אורך × רוחב) :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×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פאות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קודקודים יש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פריסה של קובייה בנויה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 משולשים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 ריבועים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מלבנים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 ריבועים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מרחב ומידות: נפח וגופים, יחידות מידה והמרות – חישובים והמרות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נפח קובייה שאורך צלעה 5 ס"מ הוא __________ סמ"ק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תיבה שמידותיה 3 ס"מ, 4 ס"מ ו-6 ס"מ - נפחה __________ סמ"ק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2.5 מטר שווים ל-__________ סנטימטר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 ק"ג ו-300 גרם שווים יחד ל-__________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שעה ורבע (1 שעה ו-15 דקות) שווים ל-__________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מרחב ומידות: נפח וגופים, יחידות מידה והמרות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לקובייה שצלעה 6 ס"מ יש נפח מסוים. לתיבה יש את אותו נפח, ומידותיה 4 ס"מ ו-9 ס"מ, והמידה השלישית חסרה. מה המידה החסרה? הציגו את דרך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בריכה בצורת תיבה שמידותיה 5 מ', 4 מ' ו-2 מ'. כמה מטרים מעוקבים מים דרושים כדי למלא אותה במלואה?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אפשר לדעת שלתיבה שמידותיה 2 ס"מ, 4 ס"מ ו-8 ס"מ ולקובייה שצלעה 4 ס"מ יש נפח שווה, בלי לחשב את שתי התוצאות במלואן.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כרטיס אוטובוס עולה 12.5 ש"ח. קבוצה קנתה 8 כרטיסים. כמה שילמה הקבוצה בסך הכול?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עגלו למאה הקרובה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847,000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848,000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847,300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יוצא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הסימן המתאים?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חשבו את הממוצע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סמ"ר יש במלבן?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34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סמ"ק יש בקובייה?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נשאר למוזיקה?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7/20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13/20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3/10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פתרון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אם 0.09 גדול או קטן מ-0.9 בלי לחשב.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תיבה שמידותיה 3 ס"מ, 4 ס"מ ועוד מידה חסרה, נפחה שווה לנפח קובייה שצלעה 6 ס"מ. מצאו את המידה החסרה והסבירו את דרך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כיתה אספה כסף לצדקה: ביום א' 120 ש"ח, ביום ב' 95 ש"ח, ביום ג' 160 ש"ח, ביום ד' 105 ש"ח. חשבו את הממוצע היומי והסבירו איך בודקים שהתשובה הגיונית.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איך מעגלים מספר ולמה האומדן עוזר במבחן?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לפתור תרגיל עם סוגריים, כפל וחיסור יחד,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היקף, שטח ונפח ולבדוק שהיחידות נכונות בתשובה?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החשבון: הכנה למבחן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