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 12 נושאי החשבון של המבחן בסדר מדורג מהקל למורכב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הסבר בכתב של דרך פתרון, כנדרש בשאלות 'הסבירו איך'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להתנסות בשאלות דמויות מבחן אמריקאי ושאלות פתוחות כהכנה למבחן המלא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טעויות נפוצות (יחידות, סדר פעולות, עיגול) ולתקן אותן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מספרים גדולים: אומדן, עיגול, סדר פעולות וכפל/חילוק – עיגול והיכרות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1. 4,400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2. 68,000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מספרים גדולים: אומדן, עיגול, סדר פעולות וכפל/חילוק – 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כשהספרה מימין 5 ומעלה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סוגריים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מספרים גדולים: אומדן, עיגול, סדר פעולות וכפל/חילוק –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אומדן הוא הערכה בעזרת מספרים מעוגלים, לא חישוב מדויק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מספרים גדולים: אומדן, עיגול, סדר פעולות וכפל/חילוק – אומדן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9,000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שוויונות והשוואות: השלמת תרגילים וסימני גדול/קטן/שווה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גדול מ-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קטן מ-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שוויונות והשוואות: השלמת תרגילים וסימני גדול/קטן/שווה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שווה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שוויונות והשוואות: השלמת תרגילים וסימני גדול/קטן/שווה – השוואה בלי לחשב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&lt;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2 · שוויונות והשוואות: השלמת תרגילים וסימני גדול/קטן/שווה – הסבר בכתב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1/4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0.07 קטן מ-0.7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המספרים על ציר המספרים גדלים משמאל לימין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אפס מימין לספרות אחרי הנקודה העשרונית לא משנה את ערך המספר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1. 240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5/6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3 · שברים ועשרוניים: ציר המספרים, שברים, עשרוניים ואחוזים בבעיות מילוליות – אומדן מכפלות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נתונים וגאומטריה: ממוצע, קריאת דיאגרמות, היקף ושטח – זכרו את הכללים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הגדרת הממוצע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שטח מלבן מחושב בכפל אורך ברוחב, לא בחיבור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היקף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נתונים וגאומטריה: ממוצע, קריאת דיאגרמות, היקף ושטח – מחשבים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רוחב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נתונים וגאומטריה: ממוצע, קריאת דיאגרמות, היקף ושטח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85 (סכום 340 חלקי 4)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מרחב ומידות: נפח וגופים, יחידות מידה והמרות – מושגים ונוסחאות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אורך × רוחב × גובה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6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מרחב ומידות: נפח וגופים, יחידות מידה והמרות – חישובים והמרות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1. 125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2. 72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מרחב ומידות: נפח וגופים, יחידות מידה והמרות – יישום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 ש"ח (12.5×8)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אמריקאיות מכל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847,000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73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=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פתרון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כותבים 0.9 כ-0.90 ומשווים ספרות באותו מקום: 9 מאיות מול 90 מאיות, לכן 0.09 קטן מ-0.9.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סכום: 480, חלקי 4 ימים = 120 ש"ח ממוצע. הגיוני כי הוא נמצא בין הערך הקטן (95) לגדול (160).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עיגול נכון למיקום המבוקש והסבר קצר למה האומדן קרוב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מראה פתרון לפי סדר נכון: קודם סוגריים, אחר כך כפל/חילוק, ולבסוף חיבור/חיסור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כוללת את היחידה הנכונה (ס״מ, סמ״ר, סמ״ק) ואת הנוסחה המתאימה לכל חישוב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ל-5 מפגשים, פרק אחד בכל שיעור, עם חזרה קצרה על הפרק הקודם בתחילת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לעבור על שאלת 'הסבירו איך' בכל פרק בעל פה לפני הכתיבה, כדי לתרגל ניסוח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להתחיל מתרגילים ברמת 'מתחילים' בכל נושא ולהוסיף רמזים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בסיום החוברת מבחן תרגול מלא בתנאי זמן אמת, כדי להתרגל לקצב של 90 דקות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מסע החשבון: הכנה למבחן בחשבון ה׳–ו׳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עובדים בחוברת פרק אחרי פרק, קוראים את ההסבר הקצר לפני כל תרגיל, ופותרים לפי הסדר. בכל פרק יש גם שאלת 'הסבירו איך' – חשוב לכתוב את ההסבר במילים ולא רק את התשובה הסופית.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4,400  ·  שווה  ·  68,000  ·  240  ·  5/6  ·  125  ·  רוחב  ·  שווה  ·  72  ·  20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מספרים גדולים: אומדן, עיגול, סדר פעולות וכפל/חילוק – עיגול והיכרות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עגלו את המספר 4,382 למאות הקרובות: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עגלו את המספר 67,500 לאלפים הקרובות: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מספרים גדולים: אומדן, עיגול, סדר פעולות וכפל/חילוק –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מתי מעגלים מספר כלפי מעלה?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כשהספרה מימין 5 ומעלה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כשהספרה מימין 4 ומטה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בסדר פעולות חשבון, מה מבצעים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כפל וחילוק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חיבור וחיסור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סוגריים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מספרים גדולים: אומדן, עיגול, סדר פעולות וכפל/חילוק –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אומדן הוא חישוב מדויק של התוצאה.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1 · מספרים גדולים: אומדן, עיגול, סדר פעולות וכפל/חילוק – אומדן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האומדן הקרוב ביותר לתוצאה 3,912 + 5,088?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90,000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900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שוויונות והשוואות: השלמת תרגילים וסימני גדול/קטן/שווה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הסימן &gt;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שווה ל-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הסימן &lt;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גדול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קטן מ-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שווה ל-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שוויונות והשוואות: השלמת תרגילים וסימני גדול/קטן/שווה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כדי לשמור על שוויון בין שני צדדים, התוצאה בשני הצדדים צריכה להיות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0.5 __________ 0.50 (כתבו: גדול, קטן או שווה)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שוויונות והשוואות: השלמת תרגילים וסימני גדול/קטן/שווה – השוואה בלי לחשב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השלימו: 15,640 : 4 ☐ 15,640 ×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=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2 · שוויונות והשוואות: השלמת תרגילים וסימני גדול/קטן/שווה – הסבר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שברים ועשרוניים: ציר המספרים, שברים, עשרוניים ואחוזים בבעיות מילוליות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בציר המספרים, אם הקטע בין 0 ל-1 מחולק ל-4 חלקים שווים, כמה שווה כל חלק?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מהבאים נכון?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0.07 גדול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0.07 קטן מ-0.7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0.07 שווה ל-0.7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שברים ועשרוניים: ציר המספרים, שברים, עשרוניים ואחוזים בבעיות מילוליות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המספרים על ציר המספרים גדלים מימין לשמאל.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0.5 שווה ל-0.50.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שברים ועשרוניים: ציר המספרים, שברים, עשרוניים ואחוזים בבעיות מילוליות – חישובים ותרגול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בין 200 ל-300 יש 5 מרווחים שווים על ציר המספרים. מה המספר בקו השני (אחרי שני מרווחים מ-200)?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2/3 + 1/6 =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3 · שברים ועשרוניים: ציר המספרים, שברים, עשרוניים ואחוזים בבעיות מילוליות – אומדן מכפלות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נתונים וגאומטריה: ממוצע, קריאת דיאגרמות, היקף ושטח – זכרו את הכללים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ממוצע מחושב על ידי חיבור כל הנתונים וחלוקה במספר הנתונים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שטח מלבן מחושב על ידי חיבור האורך והרוחב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היקף הוא סכום אורכי כל צלעות הצורה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נתונים וגאומטריה: ממוצע, קריאת דיאגרמות, היקף ושטח – מחשבים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שטח מלבן = אורך ×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הממוצע של המספרים 10, 20, 30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4 · נתונים וגאומטריה: ממוצע, קריאת דיאגרמות, היקף ושטח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חשבו את הממוצע של הציונים: 85, 90, 70, 95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מרחב ומידות: נפח וגופים, יחידות מידה והמרות – מושגים ונוסחאות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הנוסחה לחישוב נפח 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אורך + רוחב +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אורך × רוחב × גובה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(אורך × רוחב) :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כמה פאות יש לקובייה?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קודקודים יש לתיבה?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מרחב ומידות: נפח וגופים, יחידות מידה והמרות – חישובים והמרות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נפח קובייה שאורך צלעה 5 ס"מ הוא __________ סמ"ק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תיבה שמידותיה 3 ס"מ, 4 ס"מ ו-6 ס"מ - נפחה __________ סמ"ק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מרחב ומידות: נפח וגופים, יחידות מידה והמרות – יישום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כרטיס אוטובוס עולה 12.5 ש"ח. קבוצה קנתה 8 כרטיסים. כמה שילמה הקבוצה בסך הכול?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אמריקאיות מכל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עגלו את המספר 847,300 לאלפים הקרובות.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847,000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848,000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847,300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פתרו לפי סדר פעולות חשבון: 100 − 36 : 4 × 3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73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השלימו: 20% של 60 ☐ 60% של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=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פתרון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איך אפשר לדעת אם 0.09 גדול או קטן מ-0.9 בלי לחשב.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כיתה אספה כסף לצדקה: ביום א' 120 ש"ח, ביום ב' 95 ש"ח, ביום ג' 160 ש"ח, ביום ד' 105 ש"ח. חשבו את הממוצע היומי והסבירו איך בודקים שהתשובה הגיונית.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להסביר איך מעגלים מספר ולמה האומדן עוזר במבחן?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האם אני יודע/ת לפתור תרגיל עם סוגריים, כפל וחיסור יחד, בסדר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מסע החשבון: הכנה למבחן בחשבון ה׳–ו׳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